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الإسلامية في تفعيل سوق الأوراق المالية : دراسة تطبيقية على سوق دبي المالي خلال الفترة 2012-2016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 عبد الحميد/ أوصالح عبد الحليم (رئيسا) ,بعلي حسني (مناقشا) ,فريد مشري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الأوراق المالية/ الصكوك الإسلامية/ سوق دبي المالي/ القيمة السوقية لسوق دبي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