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عناصر المزيج التسويقي الموسع للخمات الفندقية على قرار الشراء لدى المستهلك : دراسة حالة فندق الأغا فرجيوة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شهرة زاد قروج/ محمود بوالصباع (رئيسا),عبد العالي غيشي (مناقشا),أيوب صكري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الأفراد/ عملية تقديم الخدمة/ البيئة المادية/ قرار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