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إستخدام الصكوك كأداة تمويلية من قبل شركات المساهمة في سوق الأوراق المالية : دراسة حالة سوق أبو ظبي للأوراق المالية 2015/2010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الصالحية وسيلة/ قرفي عمار (رئيسا) ,خندق سميرة (مناقشا) ,مشري فريد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سوق الأوراق المالية/ شركات المساهمة/ مؤشرات الأداء المالي/ الصكوك/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