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تنبؤية لمبيعات الأجهزة الكهرومنزلية باستخدام طريقة بوكس جينكيز BOX JINKINS: دراسة حالة مؤسسة سوناريك وحدة فرجيوة خلال الفترة 2016/2009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كروش صلاح الدين (رئيسا) ,رحيم براهيم (مناقشا) ,بن جدو سامي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مؤسسة سوناريك  -وحدة فرجيوة-/ السلسلة الزمنية/ المبيعات/ التنبؤ القصير المدى/ بوكس جينكنز/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