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لصورة المرأة الجزائرية في الإعلانات التلفزيونية دراسة حالة قناة Samira.tv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رقية/ فطيمة لبصير(رئيسا),أمال علي موسى  (مناقشا ),طارق بلحاج(مشرفا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الإعلان/ التلفزيون/ المرأة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