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وسائل الدفع الإلكتروني ودورها في عصرنة البنوك التجارية : دراسة حالة بنك الفلاحة والتنمية الريفية (BADR)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مسيعود خولة/ روفية نجار (رئيسا),سهام عيساوي (مناقشا),فطيمة ساسي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نظام الدفع/ وسائل الدفع الالكتروني/ عصرنة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