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مناخ الأعمال ودوره في ترقية المؤسسات الصغيرة والمتوسطة : دراسة حالة الجزائر في الفترة 2010-2015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وراش الحسين/ بن زيد ربيعة (رئيسا) ,كرباش رحمة (مناقشا) ,خندق سميرة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البنك الدولي/ الترقية/ مناخ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