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جودة الخدمة الفندقية على إتخاذ قرار الشراء لدى المستهلك : دراسة حالة فندق الآغا بفرجيوة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مبارك أيمن أمين/ غيشي عبد العالي(رئيسا),هولي فرحات(مناقشا),صكري أيوب 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قرار الشراء/ جودة الخدمات الفندقية/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