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أدوات السياسة النقدية على التضخم في الجزائر خلال الفترة (1970-2015)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منتوري معاد/ طويل حدة (رئيسا) ,هولي رشيد (مناقشا) ,كروش صلاح الدين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التضخم/ الاقتصاد الجزائري/ السببية لجرانجر/ أدوات السياسة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