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انخفاض أسعار البترول على بعض المؤشرات الإقتصادية الجزائرية دراسة قياسية خلال الفترة (1990-2015)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بوجريو بشرى/ وسيلة بوفنش (رئيسا) ,حدة طويل (مناقشا) ,فواز واضح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الجزائري/ قطاع المحروقات/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