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المصرفية في تحسين أداء البنوك التجارية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لمياء/ آسيا سليمان تيش تيش (رئيسا) ,زيد جابر (مناقشا) ,حريز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نظم المعلومات/ الأداء/ نظم المعلومات المصرفية/ تحسين الأداء في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