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الصناعة الدوائية في الجزائر : دراسة مجمع صيدال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قاجوج ميادة/ حمزة رملي (رئيسا) ,ميلود برني (مناقشا) ,فاطمة محبوب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الأداء/ تقييم الأداء/ الدواء/ الصناعة الدوائية/ مجمع صيدال/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