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التنافسية في صناعة التأمين دراسة حالة سوق التأمين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نهاد/ أسامة سنوسي (مشرفا ومقررا) ,فطيمة محبوب (رئيسا) ,جابر زيد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القوى التنافسية لبورتر/ حدة المنافسة/ القوة التفاوضية للزبائن والموردين/ صناعة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