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تحسين المنتوج الصناعي وأثرها في تخفيض التكاليف : دراسة حالة المؤسسة الصناعية سوناريك وحدة فرجيوة خلال الفترة 2013-2016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بوخميس رفيقة/ محمد بوطلاعة (رئيسا) ,سميرة خندق (مناقشا) ,أسامة سنوسي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إدارة الجودة الشاملة/ تكاليف عدم الجودة/ طرق وأدوات التحسين المستمر للجودة/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