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البنكي للمؤسسات الصغيرة والمتوسطة ودوره في دعم القطاع الفلاحي : دراسة حالة بنك الفلاحة والتنمية الريفية المجمع الجهوي للإستغلال ميلة ''055'' خلال الفترة (2011-2016)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إيدري رجاء/ فرحات هولي (رئيسا) ,طارق بلحاج (مشرفا ومقررا) ,بوقجاني جناة  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 الفلاحي/ المؤسسات الصغيرة والمتوسطة/ الدعم الفلاحي/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