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كفاءة السوق المالي في عمليات الخصخصة : دراسة مقارنة بين الجزائر والمغرب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بوعافية سمية/ صلاح كروش (رئيسا) ,سناء طباخي (مناقشا) ,وليد لطيف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السوق المالي/ الخصخصة/ كفاءة سوق رأس المال/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