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procédure améliorante d'une méthode projective en programmation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Bourourou Loubna/ ,Benaouicha Loubna Président; Baiche Kenzia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42.p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Méthode de Karmarkar/ Programmation linear/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