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des processus MSAR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Kenida Akila/ ,Daoui Amina  Président ; Ghezal Ahmed Rapporteur ,Bouden Rabeh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Stationnarité/ Modèle autorégressifs à changements de régimes markoviens/ causalité/ ergodique/ moments d'ordre supérieur/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