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Problemes aux limites dans des domaines avec points de  rebroussement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Zarezi najib/ Boufelgha Nabila Président; Benhabiles Hanane Rapporteur,Ahmed yahia Rakia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Dirichlet/ polygone/ espace de Sobolev/ point de rebroussement/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