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Interpretation probililiste de quelques equations aux deivees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Bouzaraa Amir/ Meskine Habiba Président ; Boufelgha Nabila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processus stochastique/ Processus Markovien/ Processus de Poisson/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