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 du réseau d'AEP de la zone nord-ouest de la communede tadjinanet wilaya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Siari aida/ M. Mohamedkhlalfa Président,Amal Boumssenagh.Promoteur; Alia Zineb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 dianostic/ réseau d’AEP/ Simulation hydraulique/ château d’eau/ Adduction de la zone d’étude/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