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comparative de l'évacuateur de crue de la retenue collinaire d'oued mellah  en deux variantes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Mesmoudi alla edine/ KHELALFA .M président,CHEBBAH. L Promoteur,ALLIA .Z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barrages en terre/ Géologie Régionale/ les évacuateurs de crues/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