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microfaune des boues activées .station d'épuration des eaux usées d'oued athmania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Amraoui dounia/ BOUCHEKRIT Moufida Présidente,KHERIEF NACEREDDINE Saliha Examinateur; HARRIECHE Ouahiba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Identification/ STEP d’Oued Athmania/ boue activée/ la microfaune/ comptage/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