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ملتقى الطرق الصحراوية رؤى من حواف الصحراء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سيدي محمد طراش/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الأنتربولوجيا الاجتماعية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9789931598053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