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Impacts des lixiviats dans la détérioration de la qualité physico -chimique des eaux du barrage de beni haroune.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Bouhbila khadidja/ MERZOUG Seyf eddine Président; DJEDDI Hamsa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 de Beni Haroune/ pollution des eaux/ STEP/ lixiviats/ indicateurs physicochimiques/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