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bactériologiques d l'eau de barrage hyroélectrique de béni haroun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Zitouni mohammed/ Merzoug.S Président; Bouassaba K Examinatrice,Himour S Examinatrice/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antibiotiques/ Barrage Beni Haroun/ contamination/ bactériologique/ zone humide/ bactérienne/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