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qualité des eaux épurées au niveau de la station d'épuration de sidi merouane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Boulhella djahida/ GHOUT Agena Présidente,TAYAA Hakima Examinatrice; DOUAFER Louiza Promotrice,/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Epuration/ mila/ paramètres physico-chimiques/ STEP/ Eaux/ barrage Beni Haroune/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