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الأستاذ في التدريس وتأثيرها على نفسية التلميذ السنة الأولى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درموشي أميرة/ بولالي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طرائق التدريس/ مفهوم التدريس/ أركان العملية التدريسية/ تحديد طرق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