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الحقول الدلالية في رواية الأسود يليق بك '' أحلام مستغانمي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عمراوي ريمة/ صمري صباح/ دريدي لبنى/ خالفي نجوة(مشرفا)/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نظرية الحقول الدلالية/ العلاقات الدلالية/ أحلام مستغانمي/ المشترك اللفظي/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