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في كتابات البشير الإبراهيمي '' الديوان أنموذجا''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بلهدري أحلام/ بلطرش سعاد/ مزلي سليمة/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التربية/ البشير الابراهيمي/ مفهوم البعد/ مفهوم التعليم و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