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والإستبدال في التراكيب الصوتية عند التلاميذ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مطلس سميحة/ كشود كريمة/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التراكيب الصوتية/ النظم و الاستبدال/ التلاميذ/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