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تعديل السندات في الطور الإبتدائي 2017/2016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مودع منال/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التعليم و التدريس/ التدريس بالكفاءات/ مفهوم الجيل الثاني/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