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التوابع النعت والتوكيد دراسة نحوية دلالية في نماذج من آيات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بوغرارة آمال/ بوعدام رتيبة/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800146511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القرآن الكريم/ النعت/ التوكيد/ التوابع/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