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التحليل اللساني على ضوء ديوان أغاني الحياة لأبي قاسم الشابي قصيدة شعري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عبد الله سهير/ مجادلي نورة/ قرج أوريدة(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القاسم الشابي/ التحليل اللساني/ مستويات التحليل اللساني/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