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مشهدية التصوير في الشعر الفلسطيني قصيدة ستون عاما وما بكم خجل للشاعر تميم البرغوتي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معروف أميرة/ بلحربي رومسية/ غشام كريمة/ مغربي محمد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البنية الإيقاعية/ الشعر الفلسطيني/ المشهدية/ البنية الإفرادية/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