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رواية بلقيس بكائية آخر الليل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مريم/ جلامة نوسيبة/ بن جابر هدى/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