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الإنزياح التركيبي في سورة الحاقة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جنحي أمينة/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القرآني/ الانزياح/ الانزياح التركيبي/ سورة الحاقة/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