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ودماغ الإنسان  قراءة وصفية لكتاب توجهات معاصرة في التربية والتعليم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علال شروق/ مرابط منيرة/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اللغة/ دماغ الانسان/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