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 ودورها في التحصيل اللغوي صف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 أحمد/ بوحنة نبيل/ عمري عبد الرؤوف/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المهارات اللغوية/ التحصيل اللغوي/ مهارة الاستماع/ مهارة التعبير/ مهارة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