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المعلم والمتعلم في المنهج التعليمي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بوزاعة صفاء/ حاسي وسام/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التطبيقية/ ابن خلدون/ علم التعلم/ نظريات التعلم/ المعلم و المتعلم/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