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المرحلة الإبتدائية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زلة كمال/ بلحربي هالة/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النحو العلمي/ النحو التعليمي/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