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الفعل الثلاثي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رويبح سعيدة/ شبطة سعيدة/ بلخيري صبيحة/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سورة الكهف/ أقسام الفعل/ الفعل الثلاثي/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