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قاربة بالكفاءات في تثبيث الملكة اللغوية لدى تلاميذ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زينة/ عزري خلود/ بوسعيد ابتسام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اليب التدريس/ الملكة اللغوية/ المقاربة ب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