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اللغة في تفسير التحرير والتنوير الجزء الثالث والرابع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طيبي إبتسام/ سعودي خديجة/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البلاغة/ النحو/ علم البديع/ علم البيان/ تفسير التحرير و التنوير/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