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النص الأدبي بين الثابث والمتغير في النقد العربي المعاصر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لعتامنة إبتسام/ معاشو بووشمة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800152911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الإبداع/ النص الأدبي/ البنيوية/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