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الروائي الحمر لـ صالح خباشة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لامية خالد/ ساطور حسينة/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المدح/ الرثاء/ شعر الثورة/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