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المتون العلمية وأثره في إكتساب اللغة عند الأطفال متن الجزرية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لدرع أحلام/ زطيلي امال/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الكلام/ التعليمية/ التعلم/ المتون/ الجزرية/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