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ديداكتيكية في كتاب اللغة العربية للسنة أولى من التعليم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أمينة/ بعيو فوزية/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الكفاءة/ المقاربة النصية/ المقاربة/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