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العارض دراسة وصفية في النحو العربي نقد وتوجيه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ايمان/ حيزية قلاتي/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البناء و الإعراب/ المعربات/ البناء العارض/ البناء اللازم/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