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قيس بن ذريح مجنون لبنى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شرع محمد/ السعدي مصطفى/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المرأة/ الاستعارة/ التشبيه/ الكناية/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